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pPr>
      <w:r>
        <w:t>JDRS Cover Letter</w:t>
      </w:r>
    </w:p>
    <w:p w:rsidR="00E365E9" w:rsidRDefault="00E365E9" w:rsidP="000D0EB9">
      <w:pPr>
        <w:spacing w:after="100" w:line="252" w:lineRule="auto"/>
        <w:rPr>
          <w:rFonts w:ascii="Times New Roman" w:hAnsi="Times New Roman" w:cs="Times New Roman"/>
          <w:sz w:val="24"/>
          <w:szCs w:val="24"/>
        </w:rPr>
      </w:pPr>
      <w:r>
        <w:rPr>
          <w:rFonts w:ascii="Times New Roman" w:hAnsi="Times New Roman"/>
          <w:color w:val="000000"/>
          <w:sz w:val="22"/>
        </w:rPr>
        <w:t>From: ____________________________________________________________</w:t>
      </w:r>
    </w:p>
    <w:p w:rsidR="0012461C" w:rsidRDefault="00E365E9" w:rsidP="000D0EB9">
      <w:pPr>
        <w:spacing w:after="100" w:line="252" w:lineRule="auto"/>
        <w:rPr>
          <w:rFonts w:ascii="Times New Roman" w:hAnsi="Times New Roman" w:cs="Times New Roman"/>
          <w:sz w:val="24"/>
          <w:szCs w:val="24"/>
        </w:rPr>
      </w:pPr>
      <w:r>
        <w:rPr>
          <w:rFonts w:ascii="Times New Roman" w:hAnsi="Times New Roman"/>
          <w:color w:val="000000"/>
          <w:sz w:val="22"/>
        </w:rPr>
        <w:t>Date: __________________________</w:t>
      </w:r>
    </w:p>
    <w:p w:rsidR="00E365E9" w:rsidRDefault="00E365E9" w:rsidP="000D0EB9">
      <w:pPr>
        <w:spacing w:after="100" w:line="252" w:lineRule="auto"/>
        <w:rPr>
          <w:rFonts w:ascii="Times New Roman" w:hAnsi="Times New Roman" w:cs="Times New Roman"/>
          <w:sz w:val="24"/>
          <w:szCs w:val="24"/>
        </w:rPr>
      </w:pPr>
      <w:r>
        <w:rPr>
          <w:rFonts w:ascii="Times New Roman" w:hAnsi="Times New Roman" w:cs="Times New Roman"/>
          <w:color w:val="000000"/>
          <w:sz w:val="22"/>
          <w:szCs w:val="24"/>
        </w:rPr>
        <w:t>To,</w:t>
      </w:r>
    </w:p>
    <w:p w:rsidR="00535260" w:rsidRDefault="00E365E9" w:rsidP="00535260">
      <w:pPr>
        <w:spacing w:after="100" w:line="252" w:lineRule="auto"/>
        <w:rPr>
          <w:rFonts w:ascii="Times New Roman" w:hAnsi="Times New Roman" w:cs="Times New Roman"/>
          <w:sz w:val="24"/>
          <w:szCs w:val="24"/>
        </w:rPr>
      </w:pPr>
      <w:r>
        <w:rPr>
          <w:rFonts w:ascii="Times New Roman" w:hAnsi="Times New Roman" w:cs="Times New Roman"/>
          <w:color w:val="000000"/>
          <w:sz w:val="22"/>
          <w:szCs w:val="24"/>
        </w:rPr>
        <w:t>The Editor,</w:t>
      </w:r>
    </w:p>
    <w:p w:rsidR="00535260" w:rsidRDefault="00535260" w:rsidP="00535260">
      <w:pPr>
        <w:spacing w:after="100" w:line="252" w:lineRule="auto"/>
        <w:rPr>
          <w:rFonts w:ascii="Times New Roman" w:hAnsi="Times New Roman" w:cs="Times New Roman"/>
          <w:sz w:val="24"/>
          <w:szCs w:val="24"/>
        </w:rPr>
      </w:pPr>
      <w:r>
        <w:rPr>
          <w:rFonts w:ascii="Times New Roman" w:hAnsi="Times New Roman"/>
          <w:color w:val="000000"/>
          <w:sz w:val="22"/>
        </w:rPr>
        <w:t>Joint Diseases and Related Surgery</w:t>
      </w:r>
    </w:p>
    <w:p w:rsidR="00A47BB8" w:rsidRDefault="00A47BB8" w:rsidP="00535260">
      <w:pPr>
        <w:spacing w:after="100" w:line="252" w:lineRule="auto"/>
        <w:rPr>
          <w:rFonts w:ascii="Times New Roman" w:hAnsi="Times New Roman" w:cs="Times New Roman"/>
          <w:sz w:val="24"/>
          <w:szCs w:val="24"/>
        </w:rPr>
      </w:pPr>
      <w:r>
        <w:rPr>
          <w:rFonts w:ascii="Times New Roman" w:hAnsi="Times New Roman"/>
          <w:color w:val="000000"/>
          <w:sz w:val="22"/>
        </w:rPr>
        <w:t>Subject: Submission of manuscript for publication consideration</w:t>
      </w:r>
    </w:p>
    <w:p w:rsidR="00535260" w:rsidRPr="00535260" w:rsidRDefault="00E365E9" w:rsidP="00535260">
      <w:pPr>
        <w:spacing w:after="100" w:line="252" w:lineRule="auto"/>
        <w:rPr>
          <w:rFonts w:ascii="Times New Roman" w:hAnsi="Times New Roman" w:cs="Times New Roman"/>
          <w:sz w:val="24"/>
          <w:szCs w:val="24"/>
        </w:rPr>
      </w:pPr>
      <w:r w:rsidRPr="00535260">
        <w:rPr>
          <w:rFonts w:ascii="Times New Roman" w:hAnsi="Times New Roman" w:cs="Times New Roman"/>
          <w:color w:val="000000"/>
          <w:sz w:val="22"/>
          <w:szCs w:val="24"/>
          <w:lang w:val="en-GB"/>
        </w:rPr>
        <w:t>Dear Editor,</w:t>
      </w:r>
    </w:p>
    <w:p w:rsidR="00E365E9" w:rsidRPr="00535260" w:rsidRDefault="00E365E9" w:rsidP="00535260">
      <w:pPr>
        <w:spacing w:after="100" w:line="252" w:lineRule="auto"/>
        <w:jc w:val="both"/>
        <w:rPr>
          <w:rFonts w:ascii="Times New Roman" w:hAnsi="Times New Roman" w:cs="Times New Roman"/>
          <w:sz w:val="24"/>
          <w:szCs w:val="24"/>
        </w:rPr>
      </w:pPr>
      <w:r>
        <w:rPr>
          <w:rFonts w:ascii="Times New Roman" w:hAnsi="Times New Roman"/>
          <w:color w:val="000000"/>
          <w:sz w:val="22"/>
        </w:rPr>
        <w:t>I, [corresponding author name], on behalf of my co‐authors submit the following manuscript for publication consideration. I understand the objectives of the journal and have formatted the manuscript to fit the style and needs of the journal. I confirm that the manuscript has been prepared for and sent only to the Joint Diseases and Related Surgery for publication consideration and not submitted to any other journal or any other type of publication either by me or any of my co‐authors.</w:t>
      </w:r>
    </w:p>
    <w:p w:rsidR="000D0EB9" w:rsidRPr="00A75E83" w:rsidRDefault="000D0EB9" w:rsidP="000D0EB9">
      <w:pPr>
        <w:spacing w:after="100" w:line="252" w:lineRule="auto"/>
        <w:rPr>
          <w:rFonts w:ascii="Times New Roman" w:hAnsi="Times New Roman" w:cs="Times New Roman"/>
          <w:b/>
          <w:sz w:val="24"/>
          <w:szCs w:val="24"/>
        </w:rPr>
      </w:pPr>
      <w:r>
        <w:rPr>
          <w:rFonts w:ascii="Times New Roman" w:hAnsi="Times New Roman"/>
          <w:color w:val="000000"/>
          <w:sz w:val="22"/>
        </w:rPr>
        <w:t>Title of the article: _______________________________________________________</w:t>
        <w:br/>
        <w:t>________________________________________________________________________</w:t>
      </w:r>
    </w:p>
    <w:p w:rsidR="000D0EB9" w:rsidRPr="00A75E83" w:rsidRDefault="000D0EB9" w:rsidP="000D0EB9">
      <w:pPr>
        <w:spacing w:after="100" w:line="252" w:lineRule="auto"/>
        <w:rPr>
          <w:rFonts w:ascii="Times New Roman" w:hAnsi="Times New Roman" w:cs="Times New Roman"/>
          <w:b/>
          <w:sz w:val="24"/>
          <w:szCs w:val="24"/>
        </w:rPr>
      </w:pPr>
      <w:r>
        <w:rPr>
          <w:rFonts w:ascii="Times New Roman" w:hAnsi="Times New Roman"/>
          <w:color w:val="000000"/>
          <w:sz w:val="22"/>
        </w:rPr>
        <w:t>Type of article: __________________________________________________________</w:t>
      </w:r>
    </w:p>
    <w:p w:rsidR="000D0EB9" w:rsidRPr="00A75E83" w:rsidRDefault="00EE0569" w:rsidP="000D0EB9">
      <w:pPr>
        <w:spacing w:after="100" w:line="252" w:lineRule="auto"/>
        <w:rPr>
          <w:rFonts w:ascii="Times New Roman" w:hAnsi="Times New Roman" w:cs="Times New Roman"/>
          <w:b/>
          <w:sz w:val="24"/>
          <w:szCs w:val="24"/>
        </w:rPr>
      </w:pPr>
      <w:r>
        <w:rPr>
          <w:rFonts w:ascii="Times New Roman" w:hAnsi="Times New Roman"/>
          <w:color w:val="000000"/>
          <w:sz w:val="22"/>
        </w:rPr>
        <w:t>Author names and affiliations in publication order</w:t>
      </w:r>
    </w:p>
    <w:tbl>
      <w:tblPr>
        <w:tblStyle w:val="TableGrid"/>
        <w:tblW w:w="0" w:type="auto"/>
        <w:jc w:val="center"/>
        <w:tblLayout w:type="fixed"/>
        <w:tblLook w:val="04A0" w:firstRow="1" w:lastRow="0" w:firstColumn="1" w:lastColumn="0" w:noHBand="0" w:noVBand="1"/>
      </w:tblPr>
      <w:tblGrid>
        <w:gridCol w:w="648"/>
        <w:gridCol w:w="3096"/>
        <w:gridCol w:w="5256"/>
      </w:tblGrid>
      <w:tr w:rsidR="000D0EB9" w:rsidTr="000D0EB9">
        <w:trPr>
          <w:trHeight w:val="432" w:hRule="atLeast"/>
          <w:cantSplit/>
          <w:tblHeader/>
        </w:trPr>
        <w:tc>
          <w:tcPr>
            <w:tcW w:w="648"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pPr>
              <w:spacing w:after="0" w:before="0"/>
            </w:pPr>
            <w:r>
              <w:rPr>
                <w:b/>
                <w:sz w:val="21"/>
              </w:rPr>
              <w:t>No.</w:t>
            </w:r>
          </w:p>
        </w:tc>
        <w:tc>
          <w:tcPr>
            <w:tcW w:w="309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pPr>
              <w:spacing w:after="0" w:before="0"/>
            </w:pPr>
            <w:r>
              <w:rPr>
                <w:b/>
                <w:sz w:val="21"/>
              </w:rPr>
              <w:t>Full author name</w:t>
            </w:r>
          </w:p>
        </w:tc>
        <w:tc>
          <w:tcPr>
            <w:tcW w:w="525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pPr>
              <w:spacing w:after="0" w:before="0"/>
            </w:pPr>
            <w:r>
              <w:rPr>
                <w:b/>
                <w:sz w:val="21"/>
              </w:rPr>
              <w:t>Affiliation</w:t>
              <w:br/>
              <w:t>Department, institution, city, country</w:t>
            </w:r>
          </w:p>
        </w:tc>
      </w:tr>
      <w:tr w:rsidR="000D0EB9" w:rsidTr="000D0EB9">
        <w:trPr>
          <w:trHeight w:val="490" w:hRule="atLeast"/>
          <w:cantSplit/>
        </w:trPr>
        <w:tc>
          <w:tcPr>
            <w:tcW w:w="648"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t>1</w:t>
            </w:r>
          </w:p>
        </w:tc>
        <w:tc>
          <w:tcPr>
            <w:tcW w:w="309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r>
          </w:p>
        </w:tc>
        <w:tc>
          <w:tcPr>
            <w:tcW w:w="525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BB3CE4" w:rsidP="00A75E83">
            <w:pPr>
              <w:spacing w:after="0" w:before="0"/>
              <w:rPr>
                <w:rFonts w:ascii="Times New Roman" w:hAnsi="Times New Roman" w:cs="Times New Roman"/>
                <w:sz w:val="24"/>
                <w:szCs w:val="24"/>
              </w:rPr>
            </w:pPr>
            <w:r>
              <w:rPr>
                <w:b w:val="0"/>
                <w:sz w:val="21"/>
              </w:rPr>
            </w:r>
          </w:p>
        </w:tc>
      </w:tr>
      <w:tr w:rsidR="000D0EB9" w:rsidTr="000D0EB9">
        <w:trPr>
          <w:trHeight w:val="490" w:hRule="atLeast"/>
          <w:cantSplit/>
        </w:trPr>
        <w:tc>
          <w:tcPr>
            <w:tcW w:w="648"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t>2</w:t>
            </w:r>
          </w:p>
        </w:tc>
        <w:tc>
          <w:tcPr>
            <w:tcW w:w="309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r>
          </w:p>
        </w:tc>
        <w:tc>
          <w:tcPr>
            <w:tcW w:w="525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r>
          </w:p>
        </w:tc>
      </w:tr>
      <w:tr w:rsidR="000D0EB9" w:rsidTr="000D0EB9">
        <w:trPr>
          <w:trHeight w:val="490" w:hRule="atLeast"/>
          <w:cantSplit/>
        </w:trPr>
        <w:tc>
          <w:tcPr>
            <w:tcW w:w="648"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t>3</w:t>
            </w:r>
          </w:p>
        </w:tc>
        <w:tc>
          <w:tcPr>
            <w:tcW w:w="309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r>
          </w:p>
        </w:tc>
        <w:tc>
          <w:tcPr>
            <w:tcW w:w="525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r>
          </w:p>
        </w:tc>
      </w:tr>
      <w:tr w:rsidR="000D0EB9" w:rsidTr="000D0EB9">
        <w:trPr>
          <w:trHeight w:val="490" w:hRule="atLeast"/>
          <w:cantSplit/>
        </w:trPr>
        <w:tc>
          <w:tcPr>
            <w:tcW w:w="648"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t>4</w:t>
            </w:r>
          </w:p>
        </w:tc>
        <w:tc>
          <w:tcPr>
            <w:tcW w:w="309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r>
          </w:p>
        </w:tc>
        <w:tc>
          <w:tcPr>
            <w:tcW w:w="525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r>
          </w:p>
        </w:tc>
      </w:tr>
    </w:tbl>
    <w:p w:rsidR="000D0EB9" w:rsidRPr="00A75E83" w:rsidRDefault="000D0EB9" w:rsidP="000D0EB9">
      <w:pPr>
        <w:spacing w:after="100" w:line="252" w:lineRule="auto"/>
        <w:rPr>
          <w:rFonts w:ascii="Times New Roman" w:hAnsi="Times New Roman" w:cs="Times New Roman"/>
          <w:b/>
          <w:sz w:val="24"/>
          <w:szCs w:val="24"/>
        </w:rPr>
      </w:pPr>
      <w:r w:rsidRPr="00A75E83">
        <w:rPr>
          <w:rFonts w:ascii="Times New Roman" w:hAnsi="Times New Roman" w:cs="Times New Roman"/>
          <w:b/>
          <w:color w:val="000000"/>
          <w:sz w:val="22"/>
          <w:szCs w:val="24"/>
        </w:rPr>
        <w:t>Corresponding Author</w:t>
      </w:r>
      <w:r w:rsidR="00A75E83" w:rsidRPr="00A75E83">
        <w:rPr>
          <w:rFonts w:ascii="Times New Roman" w:hAnsi="Times New Roman" w:cs="Times New Roman"/>
          <w:b/>
          <w:color w:val="000000"/>
          <w:sz w:val="22"/>
          <w:szCs w:val="24"/>
        </w:rPr>
        <w:t>:</w:t>
      </w:r>
    </w:p>
    <w:tbl>
      <w:tblPr>
        <w:tblStyle w:val="TableGrid"/>
        <w:tblW w:w="0" w:type="auto"/>
        <w:jc w:val="center"/>
        <w:tblLayout w:type="fixed"/>
        <w:tblLook w:val="04A0" w:firstRow="1" w:lastRow="0" w:firstColumn="1" w:lastColumn="0" w:noHBand="0" w:noVBand="1"/>
      </w:tblPr>
      <w:tblGrid>
        <w:gridCol w:w="2880"/>
        <w:gridCol w:w="2592"/>
        <w:gridCol w:w="3528"/>
      </w:tblGrid>
      <w:tr w:rsidR="000D0EB9" w:rsidTr="000D0EB9">
        <w:trPr>
          <w:trHeight w:val="835" w:hRule="atLeast"/>
          <w:cantSplit/>
          <w:tblHeader/>
        </w:trPr>
        <w:tc>
          <w:tcPr>
            <w:tcW w:w="2880"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rsidR="000D0EB9" w:rsidRDefault="00A75E83" w:rsidP="006A6B60">
            <w:pPr>
              <w:spacing w:after="0" w:before="0"/>
              <w:rPr>
                <w:rFonts w:ascii="Times New Roman" w:hAnsi="Times New Roman" w:cs="Times New Roman"/>
                <w:sz w:val="24"/>
                <w:szCs w:val="24"/>
              </w:rPr>
            </w:pPr>
            <w:r>
              <w:rPr>
                <w:b w:val="0"/>
                <w:sz w:val="21"/>
              </w:rPr>
              <w:t>Name:</w:t>
            </w:r>
          </w:p>
        </w:tc>
        <w:tc>
          <w:tcPr>
            <w:tcW w:w="2592"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rsidR="000D0EB9" w:rsidRDefault="000D0EB9" w:rsidP="006A6B60">
            <w:pPr>
              <w:spacing w:after="0" w:before="0"/>
              <w:rPr>
                <w:rFonts w:ascii="Times New Roman" w:hAnsi="Times New Roman" w:cs="Times New Roman"/>
                <w:sz w:val="24"/>
                <w:szCs w:val="24"/>
              </w:rPr>
            </w:pPr>
            <w:r>
              <w:rPr>
                <w:b w:val="0"/>
                <w:sz w:val="21"/>
              </w:rPr>
              <w:t>Email:</w:t>
            </w:r>
          </w:p>
        </w:tc>
        <w:tc>
          <w:tcPr>
            <w:tcW w:w="3528"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rsidR="000D0EB9" w:rsidRDefault="00EE0569" w:rsidP="006A6B60">
            <w:pPr>
              <w:spacing w:after="0" w:before="0"/>
              <w:rPr>
                <w:rFonts w:ascii="Times New Roman" w:hAnsi="Times New Roman" w:cs="Times New Roman"/>
                <w:sz w:val="24"/>
                <w:szCs w:val="24"/>
              </w:rPr>
            </w:pPr>
            <w:r>
              <w:rPr>
                <w:b w:val="0"/>
                <w:sz w:val="21"/>
              </w:rPr>
              <w:t>Contact No.:</w:t>
            </w:r>
          </w:p>
          <w:p w:rsidR="000D0EB9" w:rsidRDefault="00A75E83" w:rsidP="006A6B60">
            <w:pPr>
              <w:spacing w:after="0" w:before="0"/>
              <w:rPr>
                <w:rFonts w:ascii="Times New Roman" w:hAnsi="Times New Roman" w:cs="Times New Roman"/>
                <w:sz w:val="24"/>
                <w:szCs w:val="24"/>
              </w:rPr>
            </w:pPr>
            <w:r>
              <w:rPr>
                <w:b w:val="0"/>
                <w:sz w:val="21"/>
              </w:rPr>
              <w:t>Address:</w:t>
            </w:r>
          </w:p>
        </w:tc>
      </w:tr>
    </w:tbl>
    <w:p w:rsidR="00EE0569" w:rsidRDefault="00EE0569" w:rsidP="00EE0569">
      <w:pPr>
        <w:spacing w:before="240" w:line="252" w:lineRule="auto" w:after="100"/>
        <w:rPr>
          <w:rFonts w:ascii="Times New Roman" w:hAnsi="Times New Roman" w:cs="Times New Roman"/>
          <w:sz w:val="24"/>
          <w:szCs w:val="24"/>
        </w:rPr>
      </w:pPr>
      <w:r w:rsidRPr="0040284E">
        <w:rPr>
          <w:rFonts w:ascii="Times New Roman" w:hAnsi="Times New Roman" w:cs="Times New Roman"/>
          <w:color w:val="000000"/>
          <w:sz w:val="22"/>
          <w:szCs w:val="24"/>
        </w:rPr>
        <w:t>Thanking you,</w:t>
      </w:r>
    </w:p>
    <w:p w:rsidR="00EE0569" w:rsidRDefault="00EE0569" w:rsidP="00EE0569">
      <w:pPr>
        <w:spacing w:before="240" w:line="252" w:lineRule="auto" w:after="100"/>
        <w:rPr>
          <w:rFonts w:ascii="Times New Roman" w:hAnsi="Times New Roman" w:cs="Times New Roman"/>
          <w:sz w:val="24"/>
          <w:szCs w:val="24"/>
        </w:rPr>
      </w:pPr>
      <w:r>
        <w:rPr>
          <w:rFonts w:ascii="Times New Roman" w:hAnsi="Times New Roman"/>
          <w:color w:val="000000"/>
          <w:sz w:val="22"/>
        </w:rPr>
        <w:t>Yours sincerely,</w:t>
      </w:r>
    </w:p>
    <w:p w:rsidR="00E365E9" w:rsidRPr="000D0EB9" w:rsidRDefault="00EE0569" w:rsidP="00EE0569">
      <w:pPr>
        <w:spacing w:before="240" w:line="252" w:lineRule="auto" w:after="100"/>
        <w:rPr>
          <w:rFonts w:ascii="Times New Roman" w:hAnsi="Times New Roman" w:cs="Times New Roman"/>
          <w:sz w:val="24"/>
          <w:szCs w:val="24"/>
        </w:rPr>
      </w:pPr>
      <w:r>
        <w:rPr>
          <w:rFonts w:ascii="Times New Roman" w:hAnsi="Times New Roman"/>
          <w:color w:val="000000"/>
          <w:sz w:val="22"/>
        </w:rPr>
        <w:t>Name: ____________________________</w:t>
        <w:br/>
        <w:t>Signature: _________________________     Date: __________________</w:t>
      </w:r>
    </w:p>
    <w:p>
      <w:r>
        <w:rPr>
          <w:sz w:val="20"/>
        </w:rPr>
        <w:t>Complete and sign this letter, then upload it under Supporting files in Step 2 of the author submission form.</w:t>
      </w:r>
    </w:p>
    <w:sectPr w:rsidR="00E365E9" w:rsidRPr="000D0E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917"/>
    <w:rsid w:val="000D0EB9"/>
    <w:rsid w:val="0012461C"/>
    <w:rsid w:val="00535260"/>
    <w:rsid w:val="00A47BB8"/>
    <w:rsid w:val="00A75E83"/>
    <w:rsid w:val="00AB1FA0"/>
    <w:rsid w:val="00BB3CE4"/>
    <w:rsid w:val="00BB674C"/>
    <w:rsid w:val="00E365E9"/>
    <w:rsid w:val="00EE0569"/>
    <w:rsid w:val="00FD09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line="252" w:lineRule="auto"/>
    </w:pPr>
    <w:rPr>
      <w:rFonts w:ascii="Times New Roman" w:hAnsi="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C693F"/>
    <w:pPr>
      <w:spacing w:after="80" w:line="240" w:lineRule="auto"/>
      <w:contextualSpacing/>
    </w:pPr>
    <w:rPr>
      <w:rFonts w:ascii="Times New Roman" w:hAnsi="Times New Roman"/>
      <w:color w:val="000000"/>
      <w:spacing w:val="5"/>
      <w:kern w:val="28"/>
      <w:sz w:val="38"/>
      <w:szCs w:val="52"/>
    </w:rPr>
  </w:style>
  <w:style w:type="paragraph" w:styleId="Subtitle">
    <w:name w:val="Subtitle"/>
    <w:basedOn w:val="Normal"/>
    <w:next w:val="Normal"/>
    <w:link w:val="SubtitleChar"/>
    <w:uiPriority w:val="11"/>
    <w:qFormat/>
    <w:rsid w:val="00FC693F"/>
    <w:pPr>
      <w:numPr>
        <w:ilvl w:val="1"/>
      </w:numPr>
      <w:spacing w:after="240"/>
    </w:pPr>
    <w:rPr>
      <w:rFonts w:ascii="Times New Roman" w:hAnsi="Times New Roman"/>
      <w:i/>
      <w:iCs/>
      <w:color w:val="000000"/>
      <w:spacing w:val="15"/>
      <w:sz w:val="24"/>
      <w:szCs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b/>
      <w:bCs/>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881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JDRS Editorial Office</dc:creator>
  <cp:lastModifiedBy>JDRS Editorial Office</cp:lastModifiedBy>
  <cp:revision>3</cp:revision>
  <dcterms:created xsi:type="dcterms:W3CDTF">2015-05-14T01:01:00Z</dcterms:created>
  <dcterms:modified xsi:type="dcterms:W3CDTF">2015-05-14T01:24:00Z</dcterms:modified>
  <dc:description/>
  <cp:keywords>JDRS, author submission, form</cp:keywords>
  <dc:title>JDRS Cover Letter</dc:title>
</cp:coreProperties>
</file>